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11827"/>
          <w:sz w:val="46"/>
        </w:rPr>
        <w:t>YOUR FULL NAME</w:t>
      </w:r>
    </w:p>
    <w:p>
      <w:pPr>
        <w:jc w:val="center"/>
      </w:pPr>
      <w:r>
        <w:rPr>
          <w:color w:val="6D28D9"/>
          <w:sz w:val="16"/>
        </w:rPr>
        <w:t>Target Role  |  City, Country  |  email@example.com  |  +1 000 000 0000  |  linkedin.com/in/yourname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PROFESSIONAL SUMMARY</w:t>
      </w:r>
    </w:p>
    <w:p>
      <w:r>
        <w:t>Write 2–3 concise lines that connect your experience, strengths, and measurable value to the role you want. Replace this example text with your own achievements.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CORE SKILLS</w:t>
      </w:r>
    </w:p>
    <w:p>
      <w:r>
        <w:t>Skill / tool  •  Skill / tool  •  Communication  •  Project coordination  •  Data analysis  •  Problem solving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EXPERIENCE</w:t>
      </w:r>
    </w:p>
    <w:p>
      <w:r>
        <w:rPr>
          <w:b/>
          <w:sz w:val="19"/>
        </w:rPr>
        <w:t>JOB TITLE  |  COMPANY NAME</w:t>
      </w:r>
      <w:r>
        <w:rPr>
          <w:i/>
        </w:rPr>
        <w:t xml:space="preserve">  |  City, Country</w:t>
      </w:r>
    </w:p>
    <w:p>
      <w:pPr>
        <w:spacing w:after="40"/>
      </w:pPr>
      <w:r>
        <w:rPr>
          <w:i/>
          <w:color w:val="64748B"/>
          <w:sz w:val="16"/>
        </w:rPr>
        <w:t>Month YYYY – Present</w:t>
      </w:r>
    </w:p>
    <w:p>
      <w:pPr>
        <w:pStyle w:val="ListBullet"/>
        <w:spacing w:after="20"/>
        <w:ind w:left="259" w:hanging="173"/>
      </w:pPr>
      <w:r>
        <w:t>Describe a result you delivered. Add a metric, scale, or specific outcome when available.</w:t>
      </w:r>
    </w:p>
    <w:p>
      <w:pPr>
        <w:pStyle w:val="ListBullet"/>
        <w:spacing w:after="20"/>
        <w:ind w:left="259" w:hanging="173"/>
      </w:pPr>
      <w:r>
        <w:t>Explain a responsibility using a strong action verb and concrete scope.</w:t>
      </w:r>
    </w:p>
    <w:p>
      <w:pPr>
        <w:pStyle w:val="ListBullet"/>
        <w:spacing w:after="20"/>
        <w:ind w:left="259" w:hanging="173"/>
      </w:pPr>
      <w:r>
        <w:t>Highlight tools, collaboration, or process improvements relevant to the target role.</w:t>
      </w:r>
    </w:p>
    <w:p>
      <w:r>
        <w:rPr>
          <w:b/>
          <w:sz w:val="19"/>
        </w:rPr>
        <w:t>PREVIOUS JOB TITLE  |  COMPANY NAME</w:t>
      </w:r>
      <w:r>
        <w:rPr>
          <w:i/>
        </w:rPr>
        <w:t xml:space="preserve">  |  City, Country</w:t>
      </w:r>
    </w:p>
    <w:p>
      <w:r>
        <w:rPr>
          <w:i/>
          <w:color w:val="64748B"/>
          <w:sz w:val="16"/>
        </w:rPr>
        <w:t>Month YYYY – Month YYYY</w:t>
      </w:r>
    </w:p>
    <w:p>
      <w:pPr>
        <w:pStyle w:val="ListBullet"/>
        <w:spacing w:after="20"/>
        <w:ind w:left="259" w:hanging="173"/>
      </w:pPr>
      <w:r>
        <w:t>Add one or two bullets showing relevant accomplishments or transferable skills.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EDUCATION</w:t>
      </w:r>
    </w:p>
    <w:p>
      <w:r>
        <w:rPr>
          <w:b/>
        </w:rPr>
        <w:t>DEGREE / QUALIFICATION  |  INSTITUTION</w:t>
      </w:r>
      <w:r>
        <w:t xml:space="preserve">  |  Year</w:t>
      </w:r>
    </w:p>
    <w:p>
      <w:r>
        <w:t>Relevant coursework, honors, or project (optional).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PROJECTS &amp; CERTIFICATIONS</w:t>
      </w:r>
    </w:p>
    <w:p>
      <w:pPr>
        <w:pStyle w:val="ListBullet"/>
        <w:spacing w:after="20"/>
        <w:ind w:left="259" w:hanging="173"/>
      </w:pPr>
      <w:r>
        <w:t>PROJECT OR CERTIFICATION — Briefly describe the work, technologies, and outcome.</w:t>
      </w:r>
    </w:p>
    <w:p>
      <w:pPr>
        <w:spacing w:before="140" w:after="60"/>
        <w:pBdr>
          <w:bottom w:val="single" w:sz="5" w:space="2" w:color="C4B5FD"/>
        </w:pBdr>
      </w:pPr>
      <w:r>
        <w:rPr>
          <w:b/>
          <w:color w:val="6D28D9"/>
          <w:sz w:val="20"/>
        </w:rPr>
        <w:t>QUICK CUSTOMIZATION NOTES</w:t>
      </w:r>
    </w:p>
    <w:p>
      <w:r>
        <w:t>Replace all example content. Keep the final document truthful and relevant to the target role. Use a consistent date format and remove sections that do not apply. For online applications, consider saving a final PDF and keeping a copy of this editable DOCX.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Resume Template</dc:title>
  <dc:subject>Editable, ATS-conscious resume layout</dc:subject>
  <dc:creator>ToolPilot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