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ptos Display" w:hAnsi="Aptos Display"/>
          <w:b/>
          <w:color w:val="182033"/>
          <w:sz w:val="48"/>
        </w:rPr>
        <w:t>Resignation Letter Template</w:t>
      </w:r>
    </w:p>
    <w:p>
      <w:pPr>
        <w:spacing w:after="200"/>
      </w:pPr>
      <w:r>
        <w:rPr>
          <w:color w:val="475569"/>
          <w:sz w:val="20"/>
        </w:rPr>
        <w:t>A concise, professional template for communicating a departure.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DE9FE"/>
          </w:tcPr>
          <w:p>
            <w:pPr>
              <w:spacing w:after="40"/>
            </w:pPr>
            <w:r/>
            <w:r>
              <w:rPr>
                <w:b/>
                <w:color w:val="6D28D9"/>
                <w:sz w:val="18"/>
              </w:rPr>
              <w:t xml:space="preserve">Check first  </w:t>
            </w:r>
            <w:r>
              <w:rPr>
                <w:color w:val="334155"/>
                <w:sz w:val="18"/>
              </w:rPr>
              <w:t>Review your employment agreement and local requirements. Confirm the appropriate notice period before sending.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Your name</w:t>
              <w:br/>
            </w:r>
            <w:r>
              <w:rPr>
                <w:color w:val="64748B"/>
                <w:sz w:val="18"/>
              </w:rPr>
              <w:t>[Full name]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Manager</w:t>
              <w:br/>
            </w:r>
            <w:r>
              <w:rPr>
                <w:color w:val="64748B"/>
                <w:sz w:val="18"/>
              </w:rPr>
              <w:t>[Name]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Date</w:t>
              <w:br/>
            </w:r>
            <w:r>
              <w:rPr>
                <w:color w:val="64748B"/>
                <w:sz w:val="18"/>
              </w:rPr>
              <w:t>[Date]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Last working day</w:t>
              <w:br/>
            </w:r>
            <w:r>
              <w:rPr>
                <w:color w:val="64748B"/>
                <w:sz w:val="18"/>
              </w:rPr>
              <w:t>[Date, as confirmed]</w:t>
            </w:r>
          </w:p>
        </w:tc>
      </w:tr>
    </w:tbl>
    <w:p>
      <w:pPr>
        <w:spacing w:after="20"/>
      </w:pPr>
    </w:p>
    <w:p>
      <w:r>
        <w:t>Dear [Manager],</w:t>
      </w:r>
    </w:p>
    <w:p>
      <w:r>
        <w:t>Please accept this letter as formal notice of my resignation from my position as [Role] at [Organization]. My intended last working day is [Date], subject to the applicable notice arrangements.</w:t>
      </w:r>
    </w:p>
    <w:p>
      <w:r>
        <w:t>I appreciate the opportunities and experience I have gained during my time here. I will work with you to support an orderly transition, including documenting current work and handing over relevant responsibilities.</w:t>
      </w:r>
    </w:p>
    <w:p>
      <w:r>
        <w:t>Thank you for your support. I wish the team and organization continued success.</w:t>
      </w:r>
    </w:p>
    <w:p>
      <w:r>
        <w:t>Sincerely,</w:t>
        <w:br/>
        <w:t>[Your name]</w:t>
      </w:r>
    </w:p>
    <w:p>
      <w:pPr>
        <w:pStyle w:val="Heading1"/>
      </w:pPr>
      <w:r>
        <w:t>Before sending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Confirm the date and notice period.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Keep the message factual and professional.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Plan a separate handover discussion if needed.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Editable template • Replace bracketed prompts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D28D9"/>
        <w:sz w:val="16"/>
      </w:rPr>
      <w:t>TOOLPILOT  /  FREE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Letter Template</dc:title>
  <dc:subject>A concise, professional template for communicating a departure.</dc:subject>
  <dc:creator>ToolPilot</dc:creator>
  <cp:keywords>ToolPilot, editable template, free resource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