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 Display" w:hAnsi="Aptos Display"/>
          <w:b/>
          <w:color w:val="182033"/>
          <w:sz w:val="48"/>
        </w:rPr>
        <w:t>Project Brief Template</w:t>
      </w:r>
    </w:p>
    <w:p>
      <w:pPr>
        <w:spacing w:after="200"/>
      </w:pPr>
      <w:r>
        <w:rPr>
          <w:color w:val="475569"/>
          <w:sz w:val="20"/>
        </w:rPr>
        <w:t>Align stakeholders on the why, what, constraints, owners, and measures of success.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Project name</w:t>
              <w:br/>
            </w:r>
            <w:r>
              <w:rPr>
                <w:color w:val="64748B"/>
                <w:sz w:val="18"/>
              </w:rPr>
              <w:t>[Name]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Sponsor / owner</w:t>
              <w:br/>
            </w:r>
            <w:r>
              <w:rPr>
                <w:color w:val="64748B"/>
                <w:sz w:val="18"/>
              </w:rPr>
              <w:t>[Name]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Version / date</w:t>
              <w:br/>
            </w:r>
            <w:r>
              <w:rPr>
                <w:color w:val="64748B"/>
                <w:sz w:val="18"/>
              </w:rPr>
              <w:t>[Version • date]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Target launch</w:t>
              <w:br/>
            </w:r>
            <w:r>
              <w:rPr>
                <w:color w:val="64748B"/>
                <w:sz w:val="18"/>
              </w:rPr>
              <w:t>[Date]</w:t>
            </w:r>
          </w:p>
        </w:tc>
      </w:tr>
    </w:tbl>
    <w:p>
      <w:pPr>
        <w:spacing w:after="20"/>
      </w:pPr>
    </w:p>
    <w:p>
      <w:pPr>
        <w:pStyle w:val="Heading1"/>
      </w:pPr>
      <w:r>
        <w:t>Context and problem</w:t>
      </w:r>
    </w:p>
    <w:p>
      <w:r>
        <w:t>What is happening today? Who is affected? What evidence supports the problem?</w:t>
        <w:br/>
        <w:t>[Fill in your project-specific notes.]</w:t>
      </w:r>
    </w:p>
    <w:p>
      <w:pPr>
        <w:pStyle w:val="Heading1"/>
      </w:pPr>
      <w:r>
        <w:t>Desired outcome</w:t>
      </w:r>
    </w:p>
    <w:p>
      <w:r>
        <w:t>What should change, for whom, and by when?</w:t>
        <w:br/>
        <w:t>[Fill in your project-specific notes.]</w:t>
      </w:r>
    </w:p>
    <w:p>
      <w:pPr>
        <w:pStyle w:val="Heading1"/>
      </w:pPr>
      <w:r>
        <w:t>Scope and deliverables</w:t>
      </w:r>
    </w:p>
    <w:p>
      <w:r>
        <w:t>List what will be included and explicitly excluded.</w:t>
        <w:br/>
        <w:t>[Fill in your project-specific notes.]</w:t>
      </w:r>
    </w:p>
    <w:p>
      <w:pPr>
        <w:pStyle w:val="Heading1"/>
      </w:pPr>
      <w:r>
        <w:t>Users and stakeholders</w:t>
      </w:r>
    </w:p>
    <w:p>
      <w:r>
        <w:t>Primary users, decision makers, reviewers, and impacted teams.</w:t>
        <w:br/>
        <w:t>[Fill in your project-specific notes.]</w:t>
      </w:r>
    </w:p>
    <w:p>
      <w:pPr>
        <w:pStyle w:val="Heading1"/>
      </w:pPr>
      <w:r>
        <w:t>Success measures</w:t>
      </w:r>
    </w:p>
    <w:p>
      <w:r>
        <w:t>Define observable metrics, baseline, target, and measurement source.</w:t>
        <w:br/>
        <w:t>[Fill in your project-specific notes.]</w:t>
      </w:r>
    </w:p>
    <w:p>
      <w:pPr>
        <w:pStyle w:val="Heading1"/>
      </w:pPr>
      <w:r>
        <w:t>Constraints and dependencies</w:t>
      </w:r>
    </w:p>
    <w:p>
      <w:r>
        <w:t>Budget, timing, legal, technical, accessibility, content, and external dependencies.</w:t>
        <w:br/>
        <w:t>[Fill in your project-specific notes.]</w:t>
      </w:r>
    </w:p>
    <w:p>
      <w:pPr>
        <w:pStyle w:val="Heading1"/>
      </w:pPr>
      <w:r>
        <w:t>Risks and assumptions</w:t>
      </w:r>
    </w:p>
    <w:p>
      <w:r>
        <w:t>Identify material risks and the assumptions that must be tested.</w:t>
        <w:br/>
        <w:t>[Fill in your project-specific notes.]</w:t>
      </w:r>
    </w:p>
    <w:p>
      <w:pPr>
        <w:pStyle w:val="Heading1"/>
      </w:pPr>
      <w:r>
        <w:t>Plan and ownership</w:t>
      </w:r>
    </w:p>
    <w:p>
      <w:r>
        <w:t>First milestones, owners, review points, and decision path.</w:t>
        <w:br/>
        <w:t>[Fill in your project-specific notes.]</w:t>
      </w:r>
    </w:p>
    <w:p>
      <w:pPr>
        <w:pStyle w:val="Heading1"/>
      </w:pPr>
      <w:r>
        <w:t>Approval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Decision</w:t>
              <w:br/>
            </w:r>
            <w:r>
              <w:rPr>
                <w:color w:val="64748B"/>
                <w:sz w:val="18"/>
              </w:rPr>
              <w:t>[Approved / revise / hold]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Approver / date</w:t>
              <w:br/>
            </w:r>
            <w:r>
              <w:rPr>
                <w:color w:val="64748B"/>
                <w:sz w:val="18"/>
              </w:rPr>
              <w:t>[Name / date]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Editable template • Replace bracketed prompts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D28D9"/>
        <w:sz w:val="16"/>
      </w:rPr>
      <w:t>TOOLPILOT  /  FREE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Brief Template</dc:title>
  <dc:subject>Align stakeholders on the why, what, constraints, owners, and measures of success.</dc:subject>
  <dc:creator>ToolPilot</dc:creator>
  <cp:keywords>ToolPilot, editable template, free resource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