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ptos Display" w:hAnsi="Aptos Display"/>
          <w:b/>
          <w:color w:val="182033"/>
          <w:sz w:val="48"/>
        </w:rPr>
        <w:t>Professional Email Templates</w:t>
      </w:r>
    </w:p>
    <w:p>
      <w:pPr>
        <w:spacing w:after="200"/>
      </w:pPr>
      <w:r>
        <w:rPr>
          <w:color w:val="475569"/>
          <w:sz w:val="20"/>
        </w:rPr>
        <w:t>Adapt these concise starting points to your context and relationship.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166"/>
      </w:tblGrid>
      <w:tr>
        <w:tc>
          <w:tcPr>
            <w:tcW w:type="dxa" w:w="10166"/>
            <w:shd w:fill="EDE9FE"/>
          </w:tcPr>
          <w:p>
            <w:pPr>
              <w:spacing w:after="40"/>
            </w:pPr>
            <w:r/>
            <w:r>
              <w:rPr>
                <w:b/>
                <w:color w:val="6D28D9"/>
                <w:sz w:val="18"/>
              </w:rPr>
              <w:t xml:space="preserve">Personalize first  </w:t>
            </w:r>
            <w:r>
              <w:rPr>
                <w:color w:val="334155"/>
                <w:sz w:val="18"/>
              </w:rPr>
              <w:t>Replace bracketed fields, check names and attachments, and remove any paragraph that does not apply.</w:t>
            </w:r>
          </w:p>
        </w:tc>
      </w:tr>
    </w:tbl>
    <w:p>
      <w:pPr>
        <w:spacing w:after="20"/>
      </w:pPr>
    </w:p>
    <w:p>
      <w:pPr>
        <w:pStyle w:val="Heading1"/>
      </w:pPr>
      <w:r>
        <w:t>Request a meeting</w:t>
      </w:r>
    </w:p>
    <w:p>
      <w:r>
        <w:rPr>
          <w:b/>
          <w:color w:val="6D28D9"/>
        </w:rPr>
        <w:t>Subject: Meeting request — [topic]</w:t>
      </w:r>
    </w:p>
    <w:p>
      <w:r>
        <w:t>Hi [Name],</w:t>
        <w:br/>
        <w:br/>
        <w:t>Could we schedule [duration] to discuss [topic] and agree on next steps? I am available [options]. Please let me know what works for you.</w:t>
        <w:br/>
        <w:br/>
        <w:t>Best,</w:t>
        <w:br/>
        <w:t>[Name]</w:t>
      </w:r>
    </w:p>
    <w:p/>
    <w:p>
      <w:pPr>
        <w:pStyle w:val="Heading1"/>
      </w:pPr>
      <w:r>
        <w:t>Follow up after no response</w:t>
      </w:r>
    </w:p>
    <w:p>
      <w:r>
        <w:rPr>
          <w:b/>
          <w:color w:val="6D28D9"/>
        </w:rPr>
        <w:t>Subject: Following up — [topic]</w:t>
      </w:r>
    </w:p>
    <w:p>
      <w:r>
        <w:t>Hi [Name],</w:t>
        <w:br/>
        <w:br/>
        <w:t>I am following up on [request / document] sent on [date]. When convenient, could you let me know the status or whether you need anything else from me?</w:t>
        <w:br/>
        <w:br/>
        <w:t>Thank you,</w:t>
        <w:br/>
        <w:t>[Name]</w:t>
      </w:r>
    </w:p>
    <w:p/>
    <w:p>
      <w:pPr>
        <w:pStyle w:val="Heading1"/>
      </w:pPr>
      <w:r>
        <w:t>Share meeting notes</w:t>
      </w:r>
    </w:p>
    <w:p>
      <w:r>
        <w:rPr>
          <w:b/>
          <w:color w:val="6D28D9"/>
        </w:rPr>
        <w:t>Subject: Notes and actions — [meeting/date]</w:t>
      </w:r>
    </w:p>
    <w:p>
      <w:r>
        <w:t>Hi everyone,</w:t>
        <w:br/>
        <w:br/>
        <w:t>Thanks for the discussion. The key decisions were [decisions]. Action items: [action — owner — due date]. Please reply with corrections by [date].</w:t>
        <w:br/>
        <w:br/>
        <w:t>Best,</w:t>
        <w:br/>
        <w:t>[Name]</w:t>
      </w:r>
    </w:p>
    <w:p/>
    <w:p>
      <w:pPr>
        <w:pStyle w:val="Heading1"/>
      </w:pPr>
      <w:r>
        <w:t>Request clarification</w:t>
      </w:r>
    </w:p>
    <w:p>
      <w:r>
        <w:rPr>
          <w:b/>
          <w:color w:val="6D28D9"/>
        </w:rPr>
        <w:t>Subject: Clarification needed — [deliverable]</w:t>
      </w:r>
    </w:p>
    <w:p>
      <w:r>
        <w:t>Hi [Name],</w:t>
        <w:br/>
        <w:br/>
        <w:t>To move forward accurately, could you clarify [specific question]? The decision affects [reason / dependency]. If helpful, I can recommend [option].</w:t>
        <w:br/>
        <w:br/>
        <w:t>Thanks,</w:t>
        <w:br/>
        <w:t>[Name]</w:t>
      </w:r>
    </w:p>
    <w:p/>
    <w:p>
      <w:pPr>
        <w:pStyle w:val="Heading1"/>
      </w:pPr>
      <w:r>
        <w:t>Deliver completed work</w:t>
      </w:r>
    </w:p>
    <w:p>
      <w:r>
        <w:rPr>
          <w:b/>
          <w:color w:val="6D28D9"/>
        </w:rPr>
        <w:t>Subject: Delivery — [project / file]</w:t>
      </w:r>
    </w:p>
    <w:p>
      <w:r>
        <w:t>Hi [Name],</w:t>
        <w:br/>
        <w:br/>
        <w:t>The [deliverable] is ready: [link / attachment]. It includes [brief list]. Please review against [acceptance criteria] and send consolidated feedback by [date].</w:t>
        <w:br/>
        <w:br/>
        <w:t>Best,</w:t>
        <w:br/>
        <w:t>[Name]</w:t>
      </w:r>
    </w:p>
    <w:p/>
    <w:sectPr w:rsidR="00FC693F" w:rsidRPr="0006063C" w:rsidSect="00034616">
      <w:headerReference w:type="default" r:id="rId9"/>
      <w:footerReference w:type="default" r:id="rId10"/>
      <w:pgSz w:w="12240" w:h="15840"/>
      <w:pgMar w:top="893" w:right="1037" w:bottom="835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6"/>
      </w:rPr>
      <w:t>Editable template • Replace bracketed prompts before use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6D28D9"/>
        <w:sz w:val="16"/>
      </w:rPr>
      <w:t>TOOLPILOT  /  FREE RESOURCES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1F293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6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6D28D9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4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6D28D9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Email Templates</dc:title>
  <dc:subject>Adapt these concise starting points to your context and relationship.</dc:subject>
  <dc:creator>ToolPilot</dc:creator>
  <cp:keywords>ToolPilot, editable template, free resource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