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Cover Letter Template</w:t>
      </w:r>
    </w:p>
    <w:p>
      <w:pPr>
        <w:spacing w:after="200"/>
      </w:pPr>
      <w:r>
        <w:rPr>
          <w:color w:val="475569"/>
          <w:sz w:val="20"/>
        </w:rPr>
        <w:t>A concise structure for tailoring your application to a specific role.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Before sending  </w:t>
            </w:r>
            <w:r>
              <w:rPr>
                <w:color w:val="334155"/>
                <w:sz w:val="18"/>
              </w:rPr>
              <w:t>Replace each bracketed prompt, tailor the evidence to the job description, and verify every claim.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Your name</w:t>
              <w:br/>
            </w:r>
            <w:r>
              <w:rPr>
                <w:color w:val="64748B"/>
                <w:sz w:val="18"/>
              </w:rPr>
              <w:t>[Full 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Contact</w:t>
              <w:br/>
            </w:r>
            <w:r>
              <w:rPr>
                <w:color w:val="64748B"/>
                <w:sz w:val="18"/>
              </w:rPr>
              <w:t>[Email • phone • city]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Date</w:t>
              <w:br/>
            </w:r>
            <w:r>
              <w:rPr>
                <w:color w:val="64748B"/>
                <w:sz w:val="18"/>
              </w:rPr>
              <w:t>[Day Month Year]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Hiring contact</w:t>
              <w:br/>
            </w:r>
            <w:r>
              <w:rPr>
                <w:color w:val="64748B"/>
                <w:sz w:val="18"/>
              </w:rPr>
              <w:t>[Name / company]</w:t>
            </w:r>
          </w:p>
        </w:tc>
      </w:tr>
    </w:tbl>
    <w:p>
      <w:pPr>
        <w:spacing w:after="20"/>
      </w:pPr>
    </w:p>
    <w:p>
      <w:r>
        <w:t>Dear [Hiring Manager / Team],</w:t>
      </w:r>
    </w:p>
    <w:p>
      <w:r>
        <w:t>I am applying for the [Role Title] position at [Company]. My experience in [relevant area] aligns with your need for [specific requirement from the posting].</w:t>
      </w:r>
    </w:p>
    <w:p>
      <w:r>
        <w:t>In my recent work at [Organization / project], I [describe an achievement, action, and result]. This demonstrates my ability to [connect the evidence to the role].</w:t>
      </w:r>
    </w:p>
    <w:p>
      <w:r>
        <w:t>I am especially interested in [specific product, mission, or team detail]. I would bring [two relevant strengths] and a practical approach to [the team’s stated goal].</w:t>
      </w:r>
    </w:p>
    <w:p>
      <w:r>
        <w:t>Thank you for considering my application. I would welcome the opportunity to discuss how my experience could contribute to [Company].</w:t>
      </w:r>
    </w:p>
    <w:p>
      <w:r>
        <w:t>Sincerely,</w:t>
        <w:br/>
        <w:t>[Your name]</w:t>
      </w:r>
    </w:p>
    <w:p>
      <w:pPr>
        <w:pStyle w:val="Heading1"/>
      </w:pPr>
      <w:r>
        <w:t>Final review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Mention the exact role and company.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Use one or two specific examples instead of repeating the résumé.</w:t>
      </w:r>
    </w:p>
    <w:p>
      <w:pPr>
        <w:spacing w:after="40"/>
        <w:ind w:left="115" w:hanging="115"/>
      </w:pPr>
      <w:r>
        <w:rPr>
          <w:rFonts w:ascii="DejaVu Sans" w:hAnsi="DejaVu Sans"/>
          <w:color w:val="6D28D9"/>
          <w:sz w:val="20"/>
        </w:rPr>
        <w:t xml:space="preserve">☐  </w:t>
      </w:r>
      <w:r>
        <w:t>Keep the letter to one page and proofread names, dates, and contact details.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>A concise structure for tailoring your application to a specific role.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